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4FDCE" w14:textId="77777777" w:rsidR="00415622" w:rsidRPr="006D7E79" w:rsidRDefault="00366A0C">
      <w:pPr>
        <w:pStyle w:val="berschrift1"/>
        <w:jc w:val="center"/>
        <w:rPr>
          <w:rFonts w:ascii="Arial" w:hAnsi="Arial" w:cs="Arial"/>
        </w:rPr>
      </w:pPr>
      <w:r w:rsidRPr="006D7E79">
        <w:rPr>
          <w:rFonts w:ascii="Arial" w:hAnsi="Arial" w:cs="Arial"/>
        </w:rPr>
        <w:t>LETTER OF INTENT (LoI)</w:t>
      </w:r>
    </w:p>
    <w:p w14:paraId="3C99A353" w14:textId="77777777" w:rsidR="00415622" w:rsidRPr="006D7E79" w:rsidRDefault="00366A0C">
      <w:pPr>
        <w:jc w:val="center"/>
        <w:rPr>
          <w:rFonts w:ascii="Arial" w:hAnsi="Arial" w:cs="Arial"/>
        </w:rPr>
      </w:pPr>
      <w:r w:rsidRPr="006D7E79">
        <w:rPr>
          <w:rFonts w:ascii="Arial" w:hAnsi="Arial" w:cs="Arial"/>
        </w:rPr>
        <w:t>Proof-of-Concept (PoC) Collaboration Commitment</w:t>
      </w:r>
    </w:p>
    <w:p w14:paraId="6D1B78AC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Arial" w:hAnsi="Arial" w:cs="Arial"/>
        </w:rPr>
        <w:br/>
      </w:r>
    </w:p>
    <w:p w14:paraId="51F1504D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Arial" w:hAnsi="Arial" w:cs="Arial"/>
        </w:rPr>
        <w:t>Corporate Partner Letterhead (Insert Here)</w:t>
      </w:r>
    </w:p>
    <w:p w14:paraId="31A27084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Arial" w:hAnsi="Arial" w:cs="Arial"/>
        </w:rPr>
        <w:t>Date: ____________________________</w:t>
      </w:r>
    </w:p>
    <w:p w14:paraId="3FC349ED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Arial" w:hAnsi="Arial" w:cs="Arial"/>
        </w:rPr>
        <w:br/>
        <w:t>To:</w:t>
      </w:r>
    </w:p>
    <w:p w14:paraId="41F7D7FF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Arial" w:hAnsi="Arial" w:cs="Arial"/>
        </w:rPr>
        <w:t>EIT Food</w:t>
      </w:r>
    </w:p>
    <w:p w14:paraId="5C2635BD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Arial" w:hAnsi="Arial" w:cs="Arial"/>
        </w:rPr>
        <w:t>Subject: Letter of Intent to Collaborate on Proof-of-Concept Project</w:t>
      </w:r>
    </w:p>
    <w:p w14:paraId="702D0B77" w14:textId="77777777" w:rsidR="008529E3" w:rsidRDefault="008529E3">
      <w:pPr>
        <w:pStyle w:val="berschrift2"/>
        <w:rPr>
          <w:rFonts w:ascii="Arial" w:hAnsi="Arial" w:cs="Arial"/>
        </w:rPr>
      </w:pPr>
    </w:p>
    <w:p w14:paraId="339A6CAF" w14:textId="0939242A" w:rsidR="00415622" w:rsidRPr="006D7E79" w:rsidRDefault="00366A0C">
      <w:pPr>
        <w:pStyle w:val="berschrift2"/>
        <w:rPr>
          <w:rFonts w:ascii="Arial" w:hAnsi="Arial" w:cs="Arial"/>
        </w:rPr>
      </w:pPr>
      <w:r w:rsidRPr="006D7E79">
        <w:rPr>
          <w:rFonts w:ascii="Arial" w:hAnsi="Arial" w:cs="Arial"/>
        </w:rPr>
        <w:t>1. Identification of Parties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15622" w:rsidRPr="006D7E79" w14:paraId="7A459B21" w14:textId="77777777">
        <w:tc>
          <w:tcPr>
            <w:tcW w:w="4320" w:type="dxa"/>
          </w:tcPr>
          <w:p w14:paraId="464850C3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Corporate Partner Legal Name:</w:t>
            </w:r>
          </w:p>
        </w:tc>
        <w:tc>
          <w:tcPr>
            <w:tcW w:w="4320" w:type="dxa"/>
          </w:tcPr>
          <w:p w14:paraId="5F4F24DA" w14:textId="5E1243F9" w:rsidR="00415622" w:rsidRPr="006D7E79" w:rsidRDefault="00415622">
            <w:pPr>
              <w:rPr>
                <w:rFonts w:ascii="Arial" w:hAnsi="Arial" w:cs="Arial"/>
              </w:rPr>
            </w:pPr>
          </w:p>
        </w:tc>
      </w:tr>
      <w:tr w:rsidR="00415622" w:rsidRPr="006D7E79" w14:paraId="03E1C633" w14:textId="77777777">
        <w:tc>
          <w:tcPr>
            <w:tcW w:w="4320" w:type="dxa"/>
          </w:tcPr>
          <w:p w14:paraId="5B5D3C52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Registration Number:</w:t>
            </w:r>
          </w:p>
        </w:tc>
        <w:tc>
          <w:tcPr>
            <w:tcW w:w="4320" w:type="dxa"/>
          </w:tcPr>
          <w:p w14:paraId="22DFEF08" w14:textId="7DC69659" w:rsidR="00415622" w:rsidRPr="006D7E79" w:rsidRDefault="00415622">
            <w:pPr>
              <w:rPr>
                <w:rFonts w:ascii="Arial" w:hAnsi="Arial" w:cs="Arial"/>
              </w:rPr>
            </w:pPr>
          </w:p>
        </w:tc>
      </w:tr>
      <w:tr w:rsidR="00415622" w:rsidRPr="006D7E79" w14:paraId="5A29FD30" w14:textId="77777777">
        <w:tc>
          <w:tcPr>
            <w:tcW w:w="4320" w:type="dxa"/>
          </w:tcPr>
          <w:p w14:paraId="077D402A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Country of Registration:</w:t>
            </w:r>
          </w:p>
        </w:tc>
        <w:tc>
          <w:tcPr>
            <w:tcW w:w="4320" w:type="dxa"/>
          </w:tcPr>
          <w:p w14:paraId="6B13301F" w14:textId="4682CDF1" w:rsidR="00415622" w:rsidRPr="006D7E79" w:rsidRDefault="00415622">
            <w:pPr>
              <w:rPr>
                <w:rFonts w:ascii="Arial" w:hAnsi="Arial" w:cs="Arial"/>
              </w:rPr>
            </w:pPr>
          </w:p>
        </w:tc>
      </w:tr>
      <w:tr w:rsidR="00415622" w:rsidRPr="006D7E79" w14:paraId="008A871F" w14:textId="77777777">
        <w:tc>
          <w:tcPr>
            <w:tcW w:w="4320" w:type="dxa"/>
          </w:tcPr>
          <w:p w14:paraId="17E2F1E2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Registered Address:</w:t>
            </w:r>
          </w:p>
        </w:tc>
        <w:tc>
          <w:tcPr>
            <w:tcW w:w="4320" w:type="dxa"/>
          </w:tcPr>
          <w:p w14:paraId="78661D9A" w14:textId="232368E6" w:rsidR="00415622" w:rsidRPr="006D7E79" w:rsidRDefault="00415622">
            <w:pPr>
              <w:rPr>
                <w:rFonts w:ascii="Arial" w:hAnsi="Arial" w:cs="Arial"/>
              </w:rPr>
            </w:pPr>
          </w:p>
        </w:tc>
      </w:tr>
    </w:tbl>
    <w:p w14:paraId="5D6E7292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Arial" w:hAnsi="Arial" w:cs="Arial"/>
        </w:rPr>
        <w:br/>
        <w:t>Startup / Beneficiary Details: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15622" w:rsidRPr="006D7E79" w14:paraId="06C5AAA8" w14:textId="77777777">
        <w:tc>
          <w:tcPr>
            <w:tcW w:w="4320" w:type="dxa"/>
          </w:tcPr>
          <w:p w14:paraId="712E41B9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Startup Legal Name:</w:t>
            </w:r>
          </w:p>
        </w:tc>
        <w:tc>
          <w:tcPr>
            <w:tcW w:w="4320" w:type="dxa"/>
          </w:tcPr>
          <w:p w14:paraId="169C5716" w14:textId="207C0AEF" w:rsidR="00415622" w:rsidRPr="006D7E79" w:rsidRDefault="00415622">
            <w:pPr>
              <w:rPr>
                <w:rFonts w:ascii="Arial" w:hAnsi="Arial" w:cs="Arial"/>
              </w:rPr>
            </w:pPr>
          </w:p>
        </w:tc>
      </w:tr>
      <w:tr w:rsidR="00415622" w:rsidRPr="006D7E79" w14:paraId="1202ABBF" w14:textId="77777777">
        <w:tc>
          <w:tcPr>
            <w:tcW w:w="4320" w:type="dxa"/>
          </w:tcPr>
          <w:p w14:paraId="6830A354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Registration Number:</w:t>
            </w:r>
          </w:p>
        </w:tc>
        <w:tc>
          <w:tcPr>
            <w:tcW w:w="4320" w:type="dxa"/>
          </w:tcPr>
          <w:p w14:paraId="2CF6C57A" w14:textId="51BC4253" w:rsidR="00415622" w:rsidRPr="006D7E79" w:rsidRDefault="00415622">
            <w:pPr>
              <w:rPr>
                <w:rFonts w:ascii="Arial" w:hAnsi="Arial" w:cs="Arial"/>
              </w:rPr>
            </w:pPr>
          </w:p>
        </w:tc>
      </w:tr>
      <w:tr w:rsidR="00415622" w:rsidRPr="006D7E79" w14:paraId="1C7ABF54" w14:textId="77777777">
        <w:tc>
          <w:tcPr>
            <w:tcW w:w="4320" w:type="dxa"/>
          </w:tcPr>
          <w:p w14:paraId="0B836A60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Country of Registration:</w:t>
            </w:r>
          </w:p>
        </w:tc>
        <w:tc>
          <w:tcPr>
            <w:tcW w:w="4320" w:type="dxa"/>
          </w:tcPr>
          <w:p w14:paraId="4B9489E4" w14:textId="3E493947" w:rsidR="00415622" w:rsidRPr="006D7E79" w:rsidRDefault="00415622">
            <w:pPr>
              <w:rPr>
                <w:rFonts w:ascii="Arial" w:hAnsi="Arial" w:cs="Arial"/>
              </w:rPr>
            </w:pPr>
          </w:p>
        </w:tc>
      </w:tr>
    </w:tbl>
    <w:p w14:paraId="2C0AC8A4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Arial" w:hAnsi="Arial" w:cs="Arial"/>
        </w:rPr>
        <w:br/>
        <w:t>Project Title: ________________________________________</w:t>
      </w:r>
    </w:p>
    <w:p w14:paraId="34C00E3A" w14:textId="77777777" w:rsidR="00415622" w:rsidRPr="006D7E79" w:rsidRDefault="00366A0C">
      <w:pPr>
        <w:pStyle w:val="berschrift2"/>
        <w:rPr>
          <w:rFonts w:ascii="Arial" w:hAnsi="Arial" w:cs="Arial"/>
        </w:rPr>
      </w:pPr>
      <w:r w:rsidRPr="006D7E79">
        <w:rPr>
          <w:rFonts w:ascii="Arial" w:hAnsi="Arial" w:cs="Arial"/>
        </w:rPr>
        <w:t>2. Purpose and Scope of Collaboration</w:t>
      </w:r>
    </w:p>
    <w:p w14:paraId="46EE87F5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Arial" w:hAnsi="Arial" w:cs="Arial"/>
        </w:rPr>
        <w:t>The Corporate Partner confirms its intention to collaborate with the Startup under the EIT Food Proof-of-Concept Co-Financing Instrument. The purpose of this collaboration is to jointly implement a proof-of-concept or pilot project to validate technical, operational, and/or commercial feasibility.</w:t>
      </w:r>
    </w:p>
    <w:p w14:paraId="20CB00DE" w14:textId="3094F89C" w:rsidR="00415622" w:rsidRPr="006D7E79" w:rsidRDefault="00366A0C" w:rsidP="006D7E79">
      <w:pPr>
        <w:pStyle w:val="berschrift2"/>
        <w:rPr>
          <w:rFonts w:ascii="Arial" w:hAnsi="Arial" w:cs="Arial"/>
        </w:rPr>
      </w:pPr>
      <w:r w:rsidRPr="006D7E79">
        <w:rPr>
          <w:rFonts w:ascii="Arial" w:hAnsi="Arial" w:cs="Arial"/>
        </w:rPr>
        <w:t xml:space="preserve">3. </w:t>
      </w:r>
      <w:r w:rsidR="008529E3">
        <w:rPr>
          <w:rFonts w:ascii="Arial" w:hAnsi="Arial" w:cs="Arial"/>
        </w:rPr>
        <w:t>Operational</w:t>
      </w:r>
      <w:r w:rsidRPr="006D7E79">
        <w:rPr>
          <w:rFonts w:ascii="Arial" w:hAnsi="Arial" w:cs="Arial"/>
        </w:rPr>
        <w:t xml:space="preserve"> Commitment</w:t>
      </w:r>
    </w:p>
    <w:p w14:paraId="26ED1B91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Arial" w:hAnsi="Arial" w:cs="Arial"/>
        </w:rPr>
        <w:t>The Corporate Partner intends to:</w:t>
      </w:r>
    </w:p>
    <w:p w14:paraId="7147581F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Segoe UI Symbol" w:hAnsi="Segoe UI Symbol" w:cs="Segoe UI Symbol"/>
        </w:rPr>
        <w:t>☐</w:t>
      </w:r>
      <w:r w:rsidRPr="006D7E79">
        <w:rPr>
          <w:rFonts w:ascii="Arial" w:hAnsi="Arial" w:cs="Arial"/>
        </w:rPr>
        <w:t xml:space="preserve"> Actively engage in project planning and execution</w:t>
      </w:r>
    </w:p>
    <w:p w14:paraId="590CA448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Segoe UI Symbol" w:hAnsi="Segoe UI Symbol" w:cs="Segoe UI Symbol"/>
        </w:rPr>
        <w:t>☐</w:t>
      </w:r>
      <w:r w:rsidRPr="006D7E79">
        <w:rPr>
          <w:rFonts w:ascii="Arial" w:hAnsi="Arial" w:cs="Arial"/>
        </w:rPr>
        <w:t xml:space="preserve"> Provide access to facilities, data, or infrastructure</w:t>
      </w:r>
    </w:p>
    <w:p w14:paraId="55074448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Segoe UI Symbol" w:hAnsi="Segoe UI Symbol" w:cs="Segoe UI Symbol"/>
        </w:rPr>
        <w:lastRenderedPageBreak/>
        <w:t>☐</w:t>
      </w:r>
      <w:r w:rsidRPr="006D7E79">
        <w:rPr>
          <w:rFonts w:ascii="Arial" w:hAnsi="Arial" w:cs="Arial"/>
        </w:rPr>
        <w:t xml:space="preserve"> Assign technical and/or commercial personnel</w:t>
      </w:r>
    </w:p>
    <w:p w14:paraId="12D36E1A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Segoe UI Symbol" w:hAnsi="Segoe UI Symbol" w:cs="Segoe UI Symbol"/>
        </w:rPr>
        <w:t>☐</w:t>
      </w:r>
      <w:r w:rsidRPr="006D7E79">
        <w:rPr>
          <w:rFonts w:ascii="Arial" w:hAnsi="Arial" w:cs="Arial"/>
        </w:rPr>
        <w:t xml:space="preserve"> Participate in evaluation and review meetings</w:t>
      </w:r>
    </w:p>
    <w:p w14:paraId="54339D28" w14:textId="77777777" w:rsidR="00415622" w:rsidRPr="006D7E79" w:rsidRDefault="00366A0C">
      <w:pPr>
        <w:rPr>
          <w:rFonts w:ascii="Arial" w:hAnsi="Arial" w:cs="Arial"/>
        </w:rPr>
      </w:pPr>
      <w:r w:rsidRPr="006D7E79">
        <w:rPr>
          <w:rFonts w:ascii="Segoe UI Symbol" w:hAnsi="Segoe UI Symbol" w:cs="Segoe UI Symbol"/>
        </w:rPr>
        <w:t>☐</w:t>
      </w:r>
      <w:r w:rsidRPr="006D7E79">
        <w:rPr>
          <w:rFonts w:ascii="Arial" w:hAnsi="Arial" w:cs="Arial"/>
        </w:rPr>
        <w:t xml:space="preserve"> Other (specify): ________________________________________</w:t>
      </w:r>
    </w:p>
    <w:p w14:paraId="5B20ECD5" w14:textId="21A718EB" w:rsidR="00415622" w:rsidRDefault="00366A0C">
      <w:pPr>
        <w:pStyle w:val="berschrift2"/>
        <w:rPr>
          <w:rFonts w:ascii="Arial" w:hAnsi="Arial" w:cs="Arial"/>
        </w:rPr>
      </w:pPr>
      <w:r w:rsidRPr="006D7E79">
        <w:rPr>
          <w:rFonts w:ascii="Arial" w:hAnsi="Arial" w:cs="Arial"/>
        </w:rPr>
        <w:t xml:space="preserve">4. Financial </w:t>
      </w:r>
      <w:r w:rsidR="008529E3">
        <w:rPr>
          <w:rFonts w:ascii="Arial" w:hAnsi="Arial" w:cs="Arial"/>
        </w:rPr>
        <w:t>Commitment Under the PoC Instrument</w:t>
      </w:r>
    </w:p>
    <w:p w14:paraId="6F9234CB" w14:textId="77777777" w:rsidR="008529E3" w:rsidRPr="008529E3" w:rsidRDefault="008529E3" w:rsidP="008529E3">
      <w:pPr>
        <w:rPr>
          <w:rFonts w:ascii="Arial" w:hAnsi="Arial" w:cs="Arial"/>
        </w:rPr>
      </w:pPr>
      <w:r w:rsidRPr="008529E3">
        <w:rPr>
          <w:rFonts w:ascii="Arial" w:hAnsi="Arial" w:cs="Arial"/>
        </w:rPr>
        <w:t>The Corporate Partner confirms its commitment to co-finance the proposed Proof-of-Concept project by contributing sixty percent (60%) of the total eligible project costs.</w:t>
      </w:r>
    </w:p>
    <w:p w14:paraId="57004B3A" w14:textId="77777777" w:rsidR="008529E3" w:rsidRPr="008529E3" w:rsidRDefault="008529E3" w:rsidP="008529E3">
      <w:pPr>
        <w:rPr>
          <w:rFonts w:ascii="Arial" w:hAnsi="Arial" w:cs="Arial"/>
        </w:rPr>
      </w:pPr>
      <w:r w:rsidRPr="008529E3">
        <w:rPr>
          <w:rFonts w:ascii="Arial" w:hAnsi="Arial" w:cs="Arial"/>
        </w:rPr>
        <w:t>The Corporate Partner acknowledges that the maximum total project cost eligible under the PoC Instrument is EUR 60,000.</w:t>
      </w:r>
    </w:p>
    <w:p w14:paraId="2212AA8F" w14:textId="28FADA4B" w:rsidR="008529E3" w:rsidRPr="008529E3" w:rsidRDefault="008529E3" w:rsidP="008529E3">
      <w:pPr>
        <w:rPr>
          <w:rFonts w:ascii="Arial" w:hAnsi="Arial" w:cs="Arial"/>
        </w:rPr>
      </w:pPr>
      <w:r w:rsidRPr="008529E3">
        <w:rPr>
          <w:rFonts w:ascii="Arial" w:hAnsi="Arial" w:cs="Arial"/>
        </w:rPr>
        <w:t>Accordingly, the Corporate Partner commits to providing 60% of the total approved project budget, in financial contribution subject to final approval and agreement terms.</w:t>
      </w:r>
    </w:p>
    <w:p w14:paraId="4125E692" w14:textId="77777777" w:rsidR="008529E3" w:rsidRPr="008529E3" w:rsidRDefault="008529E3" w:rsidP="008529E3">
      <w:pPr>
        <w:rPr>
          <w:rFonts w:ascii="Arial" w:hAnsi="Arial" w:cs="Arial"/>
        </w:rPr>
      </w:pPr>
      <w:r w:rsidRPr="008529E3">
        <w:rPr>
          <w:rFonts w:ascii="Arial" w:hAnsi="Arial" w:cs="Arial"/>
        </w:rPr>
        <w:t>Estimated Total Project Budget (€): ____________________________</w:t>
      </w:r>
    </w:p>
    <w:p w14:paraId="0F58687E" w14:textId="660B58D6" w:rsidR="008529E3" w:rsidRPr="008529E3" w:rsidRDefault="008529E3" w:rsidP="008529E3">
      <w:pPr>
        <w:rPr>
          <w:rFonts w:ascii="Arial" w:hAnsi="Arial" w:cs="Arial"/>
        </w:rPr>
      </w:pPr>
      <w:r w:rsidRPr="008529E3">
        <w:rPr>
          <w:rFonts w:ascii="Arial" w:hAnsi="Arial" w:cs="Arial"/>
        </w:rPr>
        <w:t>Estimated 60% Corporate Contribution (€): ____________________________</w:t>
      </w:r>
    </w:p>
    <w:p w14:paraId="72FE5AA3" w14:textId="77777777" w:rsidR="00415622" w:rsidRPr="006D7E79" w:rsidRDefault="00366A0C">
      <w:pPr>
        <w:pStyle w:val="berschrift2"/>
        <w:rPr>
          <w:rFonts w:ascii="Arial" w:hAnsi="Arial" w:cs="Arial"/>
        </w:rPr>
      </w:pPr>
      <w:r w:rsidRPr="006D7E79">
        <w:rPr>
          <w:rFonts w:ascii="Arial" w:hAnsi="Arial" w:cs="Arial"/>
        </w:rPr>
        <w:t>5. Acknowledgement</w:t>
      </w:r>
    </w:p>
    <w:p w14:paraId="22E8123B" w14:textId="6FBD2BB6" w:rsidR="00415622" w:rsidRPr="006D7E79" w:rsidRDefault="00366A0C">
      <w:pPr>
        <w:rPr>
          <w:rFonts w:ascii="Arial" w:hAnsi="Arial" w:cs="Arial"/>
        </w:rPr>
      </w:pPr>
      <w:r w:rsidRPr="006D7E79">
        <w:rPr>
          <w:rFonts w:ascii="Arial" w:hAnsi="Arial" w:cs="Arial"/>
        </w:rPr>
        <w:t xml:space="preserve">The Corporate Partner acknowledges that, if the PoC application is successful, a formal agreement with EIT Food </w:t>
      </w:r>
      <w:r w:rsidR="008529E3">
        <w:rPr>
          <w:rFonts w:ascii="Arial" w:hAnsi="Arial" w:cs="Arial"/>
        </w:rPr>
        <w:t>will</w:t>
      </w:r>
      <w:r w:rsidRPr="006D7E79">
        <w:rPr>
          <w:rFonts w:ascii="Arial" w:hAnsi="Arial" w:cs="Arial"/>
        </w:rPr>
        <w:t xml:space="preserve"> be required to formalise participation. This Letter of Intent expresses commitment to collaborate in good faith.</w:t>
      </w:r>
    </w:p>
    <w:p w14:paraId="3C103461" w14:textId="77777777" w:rsidR="00415622" w:rsidRPr="006D7E79" w:rsidRDefault="00366A0C">
      <w:pPr>
        <w:pStyle w:val="berschrift2"/>
        <w:rPr>
          <w:rFonts w:ascii="Arial" w:hAnsi="Arial" w:cs="Arial"/>
        </w:rPr>
      </w:pPr>
      <w:r w:rsidRPr="006D7E79">
        <w:rPr>
          <w:rFonts w:ascii="Arial" w:hAnsi="Arial" w:cs="Arial"/>
        </w:rPr>
        <w:t>6. Authorised Signatory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15622" w:rsidRPr="006D7E79" w14:paraId="24124151" w14:textId="77777777">
        <w:tc>
          <w:tcPr>
            <w:tcW w:w="4320" w:type="dxa"/>
          </w:tcPr>
          <w:p w14:paraId="54B64A00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Name of Signatory:</w:t>
            </w:r>
          </w:p>
        </w:tc>
        <w:tc>
          <w:tcPr>
            <w:tcW w:w="4320" w:type="dxa"/>
          </w:tcPr>
          <w:p w14:paraId="7041B6E4" w14:textId="0B1DB484" w:rsidR="00415622" w:rsidRPr="006D7E79" w:rsidRDefault="00415622">
            <w:pPr>
              <w:rPr>
                <w:rFonts w:ascii="Arial" w:hAnsi="Arial" w:cs="Arial"/>
              </w:rPr>
            </w:pPr>
          </w:p>
        </w:tc>
      </w:tr>
      <w:tr w:rsidR="00415622" w:rsidRPr="006D7E79" w14:paraId="117AA406" w14:textId="77777777">
        <w:tc>
          <w:tcPr>
            <w:tcW w:w="4320" w:type="dxa"/>
          </w:tcPr>
          <w:p w14:paraId="6B6076E5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Title/Position:</w:t>
            </w:r>
          </w:p>
        </w:tc>
        <w:tc>
          <w:tcPr>
            <w:tcW w:w="4320" w:type="dxa"/>
          </w:tcPr>
          <w:p w14:paraId="6EBE316A" w14:textId="0DA2EF2B" w:rsidR="00415622" w:rsidRPr="006D7E79" w:rsidRDefault="00415622">
            <w:pPr>
              <w:rPr>
                <w:rFonts w:ascii="Arial" w:hAnsi="Arial" w:cs="Arial"/>
              </w:rPr>
            </w:pPr>
          </w:p>
        </w:tc>
      </w:tr>
      <w:tr w:rsidR="00415622" w:rsidRPr="006D7E79" w14:paraId="4DA0646A" w14:textId="77777777">
        <w:tc>
          <w:tcPr>
            <w:tcW w:w="4320" w:type="dxa"/>
          </w:tcPr>
          <w:p w14:paraId="28F33F0A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Email:</w:t>
            </w:r>
          </w:p>
        </w:tc>
        <w:tc>
          <w:tcPr>
            <w:tcW w:w="4320" w:type="dxa"/>
          </w:tcPr>
          <w:p w14:paraId="16C639B4" w14:textId="3EBDF57A" w:rsidR="00415622" w:rsidRPr="006D7E79" w:rsidRDefault="00415622">
            <w:pPr>
              <w:rPr>
                <w:rFonts w:ascii="Arial" w:hAnsi="Arial" w:cs="Arial"/>
              </w:rPr>
            </w:pPr>
          </w:p>
        </w:tc>
      </w:tr>
      <w:tr w:rsidR="00415622" w:rsidRPr="006D7E79" w14:paraId="28E13BD5" w14:textId="77777777">
        <w:tc>
          <w:tcPr>
            <w:tcW w:w="4320" w:type="dxa"/>
          </w:tcPr>
          <w:p w14:paraId="1D390EED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Phone:</w:t>
            </w:r>
          </w:p>
        </w:tc>
        <w:tc>
          <w:tcPr>
            <w:tcW w:w="4320" w:type="dxa"/>
          </w:tcPr>
          <w:p w14:paraId="30FE5A76" w14:textId="187F0D48" w:rsidR="00415622" w:rsidRPr="006D7E79" w:rsidRDefault="00415622">
            <w:pPr>
              <w:rPr>
                <w:rFonts w:ascii="Arial" w:hAnsi="Arial" w:cs="Arial"/>
              </w:rPr>
            </w:pPr>
          </w:p>
        </w:tc>
      </w:tr>
      <w:tr w:rsidR="00415622" w:rsidRPr="006D7E79" w14:paraId="29187C2E" w14:textId="77777777">
        <w:tc>
          <w:tcPr>
            <w:tcW w:w="4320" w:type="dxa"/>
          </w:tcPr>
          <w:p w14:paraId="63C1217C" w14:textId="77777777" w:rsidR="00415622" w:rsidRPr="006D7E79" w:rsidRDefault="00366A0C">
            <w:pPr>
              <w:rPr>
                <w:rFonts w:ascii="Arial" w:hAnsi="Arial" w:cs="Arial"/>
              </w:rPr>
            </w:pPr>
            <w:r w:rsidRPr="006D7E79">
              <w:rPr>
                <w:rFonts w:ascii="Arial" w:hAnsi="Arial" w:cs="Arial"/>
              </w:rPr>
              <w:t>Signature &amp; Date:</w:t>
            </w:r>
          </w:p>
        </w:tc>
        <w:tc>
          <w:tcPr>
            <w:tcW w:w="4320" w:type="dxa"/>
          </w:tcPr>
          <w:p w14:paraId="032E7A5A" w14:textId="5D2D5354" w:rsidR="00415622" w:rsidRPr="006D7E79" w:rsidRDefault="00415622">
            <w:pPr>
              <w:rPr>
                <w:rFonts w:ascii="Arial" w:hAnsi="Arial" w:cs="Arial"/>
              </w:rPr>
            </w:pPr>
          </w:p>
        </w:tc>
      </w:tr>
    </w:tbl>
    <w:p w14:paraId="2B60AE02" w14:textId="77777777" w:rsidR="00662CE2" w:rsidRPr="006D7E79" w:rsidRDefault="00662CE2">
      <w:pPr>
        <w:rPr>
          <w:rFonts w:ascii="Arial" w:hAnsi="Arial" w:cs="Arial"/>
        </w:rPr>
      </w:pPr>
    </w:p>
    <w:sectPr w:rsidR="00662CE2" w:rsidRPr="006D7E7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5AD28" w14:textId="77777777" w:rsidR="00366A0C" w:rsidRDefault="00366A0C" w:rsidP="00366A0C">
      <w:pPr>
        <w:spacing w:after="0" w:line="240" w:lineRule="auto"/>
      </w:pPr>
      <w:r>
        <w:separator/>
      </w:r>
    </w:p>
  </w:endnote>
  <w:endnote w:type="continuationSeparator" w:id="0">
    <w:p w14:paraId="726A953B" w14:textId="77777777" w:rsidR="00366A0C" w:rsidRDefault="00366A0C" w:rsidP="0036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2A249" w14:textId="77777777" w:rsidR="00366A0C" w:rsidRDefault="00366A0C" w:rsidP="00366A0C">
      <w:pPr>
        <w:spacing w:after="0" w:line="240" w:lineRule="auto"/>
      </w:pPr>
      <w:r>
        <w:separator/>
      </w:r>
    </w:p>
  </w:footnote>
  <w:footnote w:type="continuationSeparator" w:id="0">
    <w:p w14:paraId="70CE2A9D" w14:textId="77777777" w:rsidR="00366A0C" w:rsidRDefault="00366A0C" w:rsidP="0036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C72C" w14:textId="77777777" w:rsidR="00366A0C" w:rsidRPr="00B97B81" w:rsidRDefault="00366A0C" w:rsidP="00366A0C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449D03C" wp14:editId="6EC63AD4">
          <wp:simplePos x="0" y="0"/>
          <wp:positionH relativeFrom="margin">
            <wp:align>left</wp:align>
          </wp:positionH>
          <wp:positionV relativeFrom="paragraph">
            <wp:posOffset>-125730</wp:posOffset>
          </wp:positionV>
          <wp:extent cx="1416050" cy="338965"/>
          <wp:effectExtent l="0" t="0" r="0" b="4445"/>
          <wp:wrapSquare wrapText="bothSides"/>
          <wp:docPr id="2071248382" name="Grafik 1" descr="Ein Bild, das Schrift, Screenshot, Electric Blue (Farbe)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248382" name="Grafik 1" descr="Ein Bild, das Schrift, Screenshot, Electric Blue (Farbe)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33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F6137">
      <w:rPr>
        <w:rFonts w:eastAsia="Calibri" w:cs="Times New Roman"/>
        <w:noProof/>
        <w:color w:val="333333"/>
        <w:lang w:eastAsia="nl-NL"/>
      </w:rPr>
      <w:drawing>
        <wp:anchor distT="0" distB="0" distL="114300" distR="114300" simplePos="0" relativeHeight="251659264" behindDoc="1" locked="0" layoutInCell="1" allowOverlap="1" wp14:anchorId="45CBB739" wp14:editId="3340E83D">
          <wp:simplePos x="0" y="0"/>
          <wp:positionH relativeFrom="page">
            <wp:posOffset>5300345</wp:posOffset>
          </wp:positionH>
          <wp:positionV relativeFrom="page">
            <wp:posOffset>131445</wp:posOffset>
          </wp:positionV>
          <wp:extent cx="1297683" cy="6465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0mm-RGB-Logo-Croppe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683" cy="646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2D8CB6" w14:textId="77777777" w:rsidR="00366A0C" w:rsidRDefault="00366A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3782936">
    <w:abstractNumId w:val="8"/>
  </w:num>
  <w:num w:numId="2" w16cid:durableId="2097818409">
    <w:abstractNumId w:val="6"/>
  </w:num>
  <w:num w:numId="3" w16cid:durableId="37946564">
    <w:abstractNumId w:val="5"/>
  </w:num>
  <w:num w:numId="4" w16cid:durableId="1482428973">
    <w:abstractNumId w:val="4"/>
  </w:num>
  <w:num w:numId="5" w16cid:durableId="1084496969">
    <w:abstractNumId w:val="7"/>
  </w:num>
  <w:num w:numId="6" w16cid:durableId="410667182">
    <w:abstractNumId w:val="3"/>
  </w:num>
  <w:num w:numId="7" w16cid:durableId="154566555">
    <w:abstractNumId w:val="2"/>
  </w:num>
  <w:num w:numId="8" w16cid:durableId="1042751162">
    <w:abstractNumId w:val="1"/>
  </w:num>
  <w:num w:numId="9" w16cid:durableId="145844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6A0C"/>
    <w:rsid w:val="00390AC6"/>
    <w:rsid w:val="00415622"/>
    <w:rsid w:val="00662CE2"/>
    <w:rsid w:val="006D7E79"/>
    <w:rsid w:val="008529E3"/>
    <w:rsid w:val="00AA1D8D"/>
    <w:rsid w:val="00B47730"/>
    <w:rsid w:val="00C0459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31C0D79"/>
  <w14:defaultImageDpi w14:val="300"/>
  <w15:docId w15:val="{3202736F-84FD-4766-9875-5CAC46D8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Christoph Mandl</cp:lastModifiedBy>
  <cp:revision>3</cp:revision>
  <dcterms:created xsi:type="dcterms:W3CDTF">2013-12-23T23:15:00Z</dcterms:created>
  <dcterms:modified xsi:type="dcterms:W3CDTF">2026-04-07T12:24:00Z</dcterms:modified>
  <cp:category/>
</cp:coreProperties>
</file>