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810FB" w:rsidR="00384CF8" w:rsidP="00D810FB" w:rsidRDefault="00D810FB" w14:paraId="2B5B9357" w14:textId="77777777">
      <w:pPr>
        <w:pStyle w:val="Nagwek1"/>
        <w:spacing w:before="120" w:after="360"/>
        <w:jc w:val="center"/>
        <w:rPr>
          <w:rFonts w:ascii="Calibri Light" w:hAnsi="Calibri Light" w:cs="Calibri Light"/>
        </w:rPr>
      </w:pPr>
      <w:r w:rsidRPr="00D810FB">
        <w:rPr>
          <w:rFonts w:ascii="Calibri Light" w:hAnsi="Calibri Light" w:cs="Calibri Light"/>
        </w:rPr>
        <w:t>ReGrow.UA - Application Form</w:t>
      </w:r>
    </w:p>
    <w:p w:rsidRPr="00D810FB" w:rsidR="00384CF8" w:rsidP="00D810FB" w:rsidRDefault="00D810FB" w14:paraId="7330390F" w14:textId="55558773">
      <w:pPr>
        <w:spacing w:line="240" w:lineRule="auto"/>
        <w:jc w:val="both"/>
        <w:rPr>
          <w:rFonts w:ascii="Calibri Light" w:hAnsi="Calibri Light" w:cs="Calibri Light"/>
        </w:rPr>
      </w:pPr>
      <w:bookmarkStart w:name="_Hlk193973970" w:id="0"/>
      <w:r w:rsidRPr="29EC0007" w:rsidR="00D810FB">
        <w:rPr>
          <w:rFonts w:ascii="Calibri Light" w:hAnsi="Calibri Light" w:cs="Calibri Light"/>
        </w:rPr>
        <w:t>Please complete this form in English. Submit both PDF and editable Word versions by 31 May 2025, 13:00 CET to vira.voievodina@eitfood.eu.</w:t>
      </w:r>
    </w:p>
    <w:p w:rsidRPr="00D810FB" w:rsidR="00384CF8" w:rsidP="00D810FB" w:rsidRDefault="00D810FB" w14:paraId="1C09E718" w14:textId="77777777">
      <w:pPr>
        <w:pStyle w:val="Nagwek2"/>
        <w:spacing w:before="240" w:after="240"/>
        <w:rPr>
          <w:rFonts w:ascii="Calibri Light" w:hAnsi="Calibri Light" w:cs="Calibri Light"/>
          <w:sz w:val="28"/>
          <w:szCs w:val="28"/>
        </w:rPr>
      </w:pPr>
      <w:r w:rsidRPr="00D810FB">
        <w:rPr>
          <w:rFonts w:ascii="Calibri Light" w:hAnsi="Calibri Light" w:cs="Calibri Light"/>
          <w:sz w:val="28"/>
          <w:szCs w:val="28"/>
        </w:rPr>
        <w:t>1. General Information</w:t>
      </w:r>
    </w:p>
    <w:p w:rsidRPr="00D810FB" w:rsidR="00384CF8" w:rsidRDefault="00D810FB" w14:paraId="42F333E6" w14:textId="77777777">
      <w:pPr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 xml:space="preserve">1.1 </w:t>
      </w:r>
      <w:r w:rsidRPr="00D810FB">
        <w:rPr>
          <w:rFonts w:ascii="Calibri Light" w:hAnsi="Calibri Light" w:cs="Calibri Light"/>
          <w:b/>
          <w:bCs/>
        </w:rPr>
        <w:t>Organization Name (English):</w:t>
      </w:r>
    </w:p>
    <w:p w:rsidRPr="00D810FB" w:rsidR="00384CF8" w:rsidRDefault="00D810FB" w14:paraId="071AD088" w14:textId="77777777">
      <w:pPr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1.2 Organization Name (Ukrainian):</w:t>
      </w:r>
    </w:p>
    <w:p w:rsidRPr="00D810FB" w:rsidR="00384CF8" w:rsidRDefault="00D810FB" w14:paraId="2ABE99F2" w14:textId="77777777">
      <w:pPr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1.3 Legal Form:</w:t>
      </w:r>
    </w:p>
    <w:p w:rsidRPr="00D810FB" w:rsidR="00384CF8" w:rsidRDefault="00D810FB" w14:paraId="6D2496A7" w14:textId="77777777">
      <w:pPr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1.4 Country and City of Registration:</w:t>
      </w:r>
    </w:p>
    <w:p w:rsidRPr="00D810FB" w:rsidR="00384CF8" w:rsidRDefault="00D810FB" w14:paraId="2FB47849" w14:textId="77777777">
      <w:pPr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1.5 Website:</w:t>
      </w:r>
    </w:p>
    <w:p w:rsidRPr="00D810FB" w:rsidR="00384CF8" w:rsidRDefault="00D810FB" w14:paraId="3977467C" w14:textId="77777777">
      <w:pPr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1.6 Contact Person:</w:t>
      </w:r>
    </w:p>
    <w:p w:rsidRPr="00D810FB" w:rsidR="00384CF8" w:rsidP="00D810FB" w:rsidRDefault="00D810FB" w14:paraId="2FD7E534" w14:textId="77777777">
      <w:pPr>
        <w:spacing w:line="240" w:lineRule="auto"/>
        <w:rPr>
          <w:rFonts w:ascii="Calibri Light" w:hAnsi="Calibri Light" w:cs="Calibri Light"/>
        </w:rPr>
      </w:pPr>
      <w:r w:rsidRPr="00D810FB">
        <w:rPr>
          <w:rFonts w:ascii="Calibri Light" w:hAnsi="Calibri Light" w:cs="Calibri Light"/>
        </w:rPr>
        <w:t xml:space="preserve">   - Name:</w:t>
      </w:r>
    </w:p>
    <w:p w:rsidRPr="00D810FB" w:rsidR="00384CF8" w:rsidP="00D810FB" w:rsidRDefault="00D810FB" w14:paraId="0880D3C9" w14:textId="77777777">
      <w:pPr>
        <w:spacing w:line="240" w:lineRule="auto"/>
        <w:rPr>
          <w:rFonts w:ascii="Calibri Light" w:hAnsi="Calibri Light" w:cs="Calibri Light"/>
        </w:rPr>
      </w:pPr>
      <w:r w:rsidRPr="00D810FB">
        <w:rPr>
          <w:rFonts w:ascii="Calibri Light" w:hAnsi="Calibri Light" w:cs="Calibri Light"/>
        </w:rPr>
        <w:t xml:space="preserve">   - Position:</w:t>
      </w:r>
    </w:p>
    <w:p w:rsidRPr="00D810FB" w:rsidR="00384CF8" w:rsidP="00D810FB" w:rsidRDefault="00D810FB" w14:paraId="51497BF8" w14:textId="77777777">
      <w:pPr>
        <w:spacing w:line="240" w:lineRule="auto"/>
        <w:rPr>
          <w:rFonts w:ascii="Calibri Light" w:hAnsi="Calibri Light" w:cs="Calibri Light"/>
        </w:rPr>
      </w:pPr>
      <w:r w:rsidRPr="00D810FB">
        <w:rPr>
          <w:rFonts w:ascii="Calibri Light" w:hAnsi="Calibri Light" w:cs="Calibri Light"/>
        </w:rPr>
        <w:t xml:space="preserve">   - Email:</w:t>
      </w:r>
    </w:p>
    <w:p w:rsidRPr="00D810FB" w:rsidR="00384CF8" w:rsidP="00D810FB" w:rsidRDefault="00D810FB" w14:paraId="0B25AA8B" w14:textId="77777777">
      <w:pPr>
        <w:spacing w:line="240" w:lineRule="auto"/>
        <w:rPr>
          <w:rFonts w:ascii="Calibri Light" w:hAnsi="Calibri Light" w:cs="Calibri Light"/>
        </w:rPr>
      </w:pPr>
      <w:r w:rsidRPr="00D810FB">
        <w:rPr>
          <w:rFonts w:ascii="Calibri Light" w:hAnsi="Calibri Light" w:cs="Calibri Light"/>
        </w:rPr>
        <w:t xml:space="preserve">   - Phone:</w:t>
      </w:r>
    </w:p>
    <w:p w:rsidRPr="00D810FB" w:rsidR="00384CF8" w:rsidRDefault="00D810FB" w14:paraId="3F0C5AFB" w14:textId="77777777">
      <w:pPr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1.7 Social Media Channels (with links):</w:t>
      </w:r>
    </w:p>
    <w:p w:rsidRPr="00D810FB" w:rsidR="00384CF8" w:rsidP="00D810FB" w:rsidRDefault="00D810FB" w14:paraId="580B29C5" w14:textId="77777777">
      <w:pPr>
        <w:pStyle w:val="Nagwek2"/>
        <w:spacing w:before="240" w:after="240"/>
        <w:rPr>
          <w:rFonts w:ascii="Calibri Light" w:hAnsi="Calibri Light" w:cs="Calibri Light"/>
          <w:sz w:val="22"/>
          <w:szCs w:val="22"/>
        </w:rPr>
      </w:pPr>
      <w:r w:rsidRPr="00D810FB">
        <w:rPr>
          <w:rFonts w:ascii="Calibri Light" w:hAnsi="Calibri Light" w:cs="Calibri Light"/>
          <w:sz w:val="28"/>
          <w:szCs w:val="28"/>
        </w:rPr>
        <w:t>2. Organizational Profile &amp; Experience</w:t>
      </w:r>
    </w:p>
    <w:p w:rsidRPr="00D810FB" w:rsidR="00384CF8" w:rsidP="00D810FB" w:rsidRDefault="00D810FB" w14:paraId="3F4E5B8F" w14:textId="77777777">
      <w:pPr>
        <w:jc w:val="both"/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2.1 Brief description of your organization, including mission, key activities, and experience relevant to the proposed Activity (max. 300 words):</w:t>
      </w:r>
    </w:p>
    <w:p w:rsidRPr="00D810FB" w:rsidR="00384CF8" w:rsidP="00D810FB" w:rsidRDefault="00D810FB" w14:paraId="3C1B537E" w14:textId="77777777">
      <w:pPr>
        <w:jc w:val="both"/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2.2 Experience in implementing similar initiatives in entrepreneurship, innovation, or ecosystem development (max. 300 words):</w:t>
      </w:r>
    </w:p>
    <w:p w:rsidRPr="00D810FB" w:rsidR="00384CF8" w:rsidP="00D810FB" w:rsidRDefault="00D810FB" w14:paraId="7F5EDABE" w14:textId="77777777">
      <w:pPr>
        <w:jc w:val="both"/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2.3 Describe previous collaboration with Ukrainian stakeholders and communities (if applicable):</w:t>
      </w:r>
    </w:p>
    <w:p w:rsidRPr="00D810FB" w:rsidR="00384CF8" w:rsidP="00D810FB" w:rsidRDefault="00D810FB" w14:paraId="74FAA049" w14:textId="77777777">
      <w:pPr>
        <w:pStyle w:val="Nagwek2"/>
        <w:spacing w:before="240" w:after="240"/>
        <w:rPr>
          <w:rFonts w:ascii="Calibri Light" w:hAnsi="Calibri Light" w:cs="Calibri Light"/>
          <w:sz w:val="28"/>
          <w:szCs w:val="28"/>
        </w:rPr>
      </w:pPr>
      <w:r w:rsidRPr="00D810FB">
        <w:rPr>
          <w:rFonts w:ascii="Calibri Light" w:hAnsi="Calibri Light" w:cs="Calibri Light"/>
          <w:sz w:val="28"/>
          <w:szCs w:val="28"/>
        </w:rPr>
        <w:t>3. Project Proposal</w:t>
      </w:r>
    </w:p>
    <w:p w:rsidRPr="00D810FB" w:rsidR="00384CF8" w:rsidP="00D810FB" w:rsidRDefault="00D810FB" w14:paraId="4DE3F4B3" w14:textId="77777777">
      <w:pPr>
        <w:jc w:val="both"/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3.1 Title of the Activity:</w:t>
      </w:r>
    </w:p>
    <w:p w:rsidRPr="00D810FB" w:rsidR="00384CF8" w:rsidP="00D810FB" w:rsidRDefault="00D810FB" w14:paraId="3D2F4B52" w14:textId="237F08C5">
      <w:pPr>
        <w:jc w:val="both"/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3.2 Summary of the proposed Activity (objectives, focus areas, expected results) (max. 3</w:t>
      </w:r>
      <w:r w:rsidRPr="00D810FB">
        <w:rPr>
          <w:rFonts w:ascii="Calibri Light" w:hAnsi="Calibri Light" w:cs="Calibri Light"/>
          <w:b/>
          <w:bCs/>
        </w:rPr>
        <w:t>00 words):</w:t>
      </w:r>
    </w:p>
    <w:p w:rsidRPr="00D810FB" w:rsidR="00384CF8" w:rsidRDefault="00D810FB" w14:paraId="5A696FE4" w14:textId="77777777">
      <w:pPr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3.3 Which thematic area(s) does your Activity fall under (check all that apply):</w:t>
      </w:r>
    </w:p>
    <w:p w:rsidRPr="00D810FB" w:rsidR="00384CF8" w:rsidP="00D810FB" w:rsidRDefault="00D810FB" w14:paraId="19F65546" w14:textId="77777777">
      <w:pPr>
        <w:spacing w:line="240" w:lineRule="auto"/>
        <w:rPr>
          <w:rFonts w:ascii="Calibri Light" w:hAnsi="Calibri Light" w:cs="Calibri Light"/>
        </w:rPr>
      </w:pPr>
      <w:r w:rsidRPr="00D810FB">
        <w:rPr>
          <w:rFonts w:ascii="Calibri Light" w:hAnsi="Calibri Light" w:cs="Calibri Light"/>
        </w:rPr>
        <w:lastRenderedPageBreak/>
        <w:t xml:space="preserve">   - Training &amp; Skill Development</w:t>
      </w:r>
    </w:p>
    <w:p w:rsidRPr="00D810FB" w:rsidR="00384CF8" w:rsidP="00D810FB" w:rsidRDefault="00D810FB" w14:paraId="1A3210EF" w14:textId="77777777">
      <w:pPr>
        <w:spacing w:line="240" w:lineRule="auto"/>
        <w:rPr>
          <w:rFonts w:ascii="Calibri Light" w:hAnsi="Calibri Light" w:cs="Calibri Light"/>
        </w:rPr>
      </w:pPr>
      <w:r w:rsidRPr="00D810FB">
        <w:rPr>
          <w:rFonts w:ascii="Calibri Light" w:hAnsi="Calibri Light" w:cs="Calibri Light"/>
        </w:rPr>
        <w:t xml:space="preserve">   - Market Access &amp; Value Chain Integration</w:t>
      </w:r>
    </w:p>
    <w:p w:rsidRPr="00D810FB" w:rsidR="00384CF8" w:rsidP="00D810FB" w:rsidRDefault="00D810FB" w14:paraId="0DC064A3" w14:textId="77777777">
      <w:pPr>
        <w:spacing w:line="240" w:lineRule="auto"/>
        <w:rPr>
          <w:rFonts w:ascii="Calibri Light" w:hAnsi="Calibri Light" w:cs="Calibri Light"/>
        </w:rPr>
      </w:pPr>
      <w:r w:rsidRPr="00D810FB">
        <w:rPr>
          <w:rFonts w:ascii="Calibri Light" w:hAnsi="Calibri Light" w:cs="Calibri Light"/>
        </w:rPr>
        <w:t xml:space="preserve">   - Social Entrepreneurship &amp; Impact Initiatives</w:t>
      </w:r>
    </w:p>
    <w:p w:rsidRPr="00D810FB" w:rsidR="00384CF8" w:rsidP="00D810FB" w:rsidRDefault="00D810FB" w14:paraId="28E18374" w14:textId="77777777">
      <w:pPr>
        <w:spacing w:line="240" w:lineRule="auto"/>
        <w:rPr>
          <w:rFonts w:ascii="Calibri Light" w:hAnsi="Calibri Light" w:cs="Calibri Light"/>
        </w:rPr>
      </w:pPr>
      <w:r w:rsidRPr="00D810FB">
        <w:rPr>
          <w:rFonts w:ascii="Calibri Light" w:hAnsi="Calibri Light" w:cs="Calibri Light"/>
        </w:rPr>
        <w:t xml:space="preserve">   - Solutions for Overcoming War Consequences</w:t>
      </w:r>
    </w:p>
    <w:p w:rsidRPr="00D810FB" w:rsidR="00384CF8" w:rsidP="00D810FB" w:rsidRDefault="00D810FB" w14:paraId="6E7CC27E" w14:textId="77777777">
      <w:pPr>
        <w:spacing w:line="240" w:lineRule="auto"/>
        <w:rPr>
          <w:rFonts w:ascii="Calibri Light" w:hAnsi="Calibri Light" w:cs="Calibri Light"/>
        </w:rPr>
      </w:pPr>
      <w:r w:rsidRPr="00D810FB">
        <w:rPr>
          <w:rFonts w:ascii="Calibri Light" w:hAnsi="Calibri Light" w:cs="Calibri Light"/>
        </w:rPr>
        <w:t xml:space="preserve">   - Other (please specify):</w:t>
      </w:r>
    </w:p>
    <w:p w:rsidRPr="00D810FB" w:rsidR="00384CF8" w:rsidRDefault="00D810FB" w14:paraId="433E554F" w14:textId="374BBB68">
      <w:pPr>
        <w:rPr>
          <w:rFonts w:ascii="Calibri Light" w:hAnsi="Calibri Light" w:cs="Calibri Light"/>
          <w:b w:val="1"/>
          <w:bCs w:val="1"/>
        </w:rPr>
      </w:pPr>
      <w:r w:rsidRPr="57CFFCF9" w:rsidR="00D810FB">
        <w:rPr>
          <w:rFonts w:ascii="Calibri Light" w:hAnsi="Calibri Light" w:cs="Calibri Light"/>
          <w:b w:val="1"/>
          <w:bCs w:val="1"/>
        </w:rPr>
        <w:t>3.4 Proposed Implementation Timeline (include milestones):</w:t>
      </w:r>
    </w:p>
    <w:p w:rsidR="57CFFCF9" w:rsidP="57CFFCF9" w:rsidRDefault="57CFFCF9" w14:paraId="27A8005F" w14:textId="2C53C869">
      <w:pPr>
        <w:rPr>
          <w:rFonts w:ascii="Calibri Light" w:hAnsi="Calibri Light" w:cs="Calibri Light"/>
          <w:b w:val="1"/>
          <w:bCs w:val="1"/>
        </w:rPr>
      </w:pPr>
    </w:p>
    <w:p w:rsidRPr="00D810FB" w:rsidR="00384CF8" w:rsidRDefault="00D810FB" w14:paraId="495B8327" w14:textId="40AD495F">
      <w:pPr>
        <w:rPr>
          <w:rFonts w:ascii="Calibri Light" w:hAnsi="Calibri Light" w:cs="Calibri Light"/>
          <w:b w:val="1"/>
          <w:bCs w:val="1"/>
        </w:rPr>
      </w:pPr>
      <w:r w:rsidRPr="57CFFCF9" w:rsidR="00D810FB">
        <w:rPr>
          <w:rFonts w:ascii="Calibri Light" w:hAnsi="Calibri Light" w:cs="Calibri Light"/>
          <w:b w:val="1"/>
          <w:bCs w:val="1"/>
        </w:rPr>
        <w:t>3.5 Description of Target Groups and Outreach Strategy:</w:t>
      </w:r>
    </w:p>
    <w:p w:rsidR="57CFFCF9" w:rsidP="57CFFCF9" w:rsidRDefault="57CFFCF9" w14:paraId="21B37685" w14:textId="35F8525B">
      <w:pPr>
        <w:rPr>
          <w:rFonts w:ascii="Calibri Light" w:hAnsi="Calibri Light" w:cs="Calibri Light"/>
          <w:b w:val="1"/>
          <w:bCs w:val="1"/>
        </w:rPr>
      </w:pPr>
    </w:p>
    <w:p w:rsidRPr="00D810FB" w:rsidR="00384CF8" w:rsidP="00D810FB" w:rsidRDefault="00D810FB" w14:paraId="56C345A2" w14:textId="77777777">
      <w:pPr>
        <w:pStyle w:val="Nagwek2"/>
        <w:spacing w:before="240" w:after="240"/>
        <w:rPr>
          <w:rFonts w:ascii="Calibri Light" w:hAnsi="Calibri Light" w:cs="Calibri Light"/>
          <w:sz w:val="28"/>
          <w:szCs w:val="28"/>
        </w:rPr>
      </w:pPr>
      <w:r w:rsidRPr="00D810FB">
        <w:rPr>
          <w:rFonts w:ascii="Calibri Light" w:hAnsi="Calibri Light" w:cs="Calibri Light"/>
          <w:sz w:val="28"/>
          <w:szCs w:val="28"/>
        </w:rPr>
        <w:t>4. Tasks &amp; Deliverables</w:t>
      </w:r>
    </w:p>
    <w:p w:rsidRPr="00D810FB" w:rsidR="00384CF8" w:rsidP="00D810FB" w:rsidRDefault="00D810FB" w14:paraId="1C534938" w14:textId="77777777">
      <w:pPr>
        <w:jc w:val="both"/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 xml:space="preserve">4.1 Proposed Action Plan (structure, phases, </w:t>
      </w:r>
      <w:r w:rsidRPr="00D810FB">
        <w:rPr>
          <w:rFonts w:ascii="Calibri Light" w:hAnsi="Calibri Light" w:cs="Calibri Light"/>
          <w:b/>
          <w:bCs/>
        </w:rPr>
        <w:t>formats, and coordination strategy):</w:t>
      </w:r>
    </w:p>
    <w:p w:rsidRPr="00D810FB" w:rsidR="00384CF8" w:rsidP="00D810FB" w:rsidRDefault="00D810FB" w14:paraId="422CBC5D" w14:textId="2EF4B3F8">
      <w:pPr>
        <w:jc w:val="both"/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 xml:space="preserve">4.2 Selected </w:t>
      </w:r>
      <w:r w:rsidRPr="00D810FB">
        <w:rPr>
          <w:rFonts w:ascii="Calibri Light" w:hAnsi="Calibri Light" w:cs="Calibri Light"/>
          <w:b/>
          <w:bCs/>
        </w:rPr>
        <w:t>KPIs and proposed target values:</w:t>
      </w:r>
    </w:p>
    <w:p w:rsidRPr="00D810FB" w:rsidR="00384CF8" w:rsidP="00D810FB" w:rsidRDefault="00D810FB" w14:paraId="49431F84" w14:textId="77777777">
      <w:pPr>
        <w:jc w:val="both"/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4.3 Methods of validation and supporting documentation for KPI reporting:</w:t>
      </w:r>
    </w:p>
    <w:p w:rsidRPr="00D810FB" w:rsidR="00384CF8" w:rsidP="00D810FB" w:rsidRDefault="00D810FB" w14:paraId="2F1CDBBA" w14:textId="77777777">
      <w:pPr>
        <w:jc w:val="both"/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4.4 Communication &amp; Visibility Plan (outreach, branding, and expected media outcomes):</w:t>
      </w:r>
    </w:p>
    <w:p w:rsidRPr="00D810FB" w:rsidR="00384CF8" w:rsidP="00D810FB" w:rsidRDefault="00D810FB" w14:paraId="01264112" w14:textId="77777777">
      <w:pPr>
        <w:pStyle w:val="Nagwek2"/>
        <w:spacing w:before="240" w:after="240"/>
        <w:rPr>
          <w:rFonts w:ascii="Calibri Light" w:hAnsi="Calibri Light" w:cs="Calibri Light"/>
          <w:sz w:val="28"/>
          <w:szCs w:val="28"/>
        </w:rPr>
      </w:pPr>
      <w:r w:rsidRPr="00D810FB">
        <w:rPr>
          <w:rFonts w:ascii="Calibri Light" w:hAnsi="Calibri Light" w:cs="Calibri Light"/>
          <w:sz w:val="28"/>
          <w:szCs w:val="28"/>
        </w:rPr>
        <w:t>5. Budget</w:t>
      </w:r>
    </w:p>
    <w:p w:rsidRPr="00D810FB" w:rsidR="00384CF8" w:rsidP="00D810FB" w:rsidRDefault="00D810FB" w14:paraId="339B027E" w14:textId="77777777">
      <w:pPr>
        <w:jc w:val="both"/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5.1 Total requested budget (max €40,000 gross):</w:t>
      </w:r>
    </w:p>
    <w:p w:rsidRPr="00D810FB" w:rsidR="00384CF8" w:rsidP="00D810FB" w:rsidRDefault="00D810FB" w14:paraId="5CBB6308" w14:textId="77777777">
      <w:pPr>
        <w:jc w:val="both"/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5.2 Detailed budget breakdown by activity and cost category:</w:t>
      </w:r>
    </w:p>
    <w:p w:rsidRPr="00D810FB" w:rsidR="00384CF8" w:rsidP="00D810FB" w:rsidRDefault="00D810FB" w14:paraId="1BD30549" w14:textId="77777777">
      <w:pPr>
        <w:jc w:val="both"/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5.3 Co-funding or additional funding sources (if applicable):</w:t>
      </w:r>
    </w:p>
    <w:p w:rsidRPr="00D810FB" w:rsidR="00384CF8" w:rsidP="00D810FB" w:rsidRDefault="00D810FB" w14:paraId="097E7560" w14:textId="77777777">
      <w:pPr>
        <w:pStyle w:val="Nagwek2"/>
        <w:spacing w:after="240"/>
        <w:rPr>
          <w:rFonts w:ascii="Calibri Light" w:hAnsi="Calibri Light" w:cs="Calibri Light"/>
          <w:sz w:val="24"/>
          <w:szCs w:val="24"/>
        </w:rPr>
      </w:pPr>
      <w:r w:rsidRPr="00D810FB">
        <w:rPr>
          <w:rFonts w:ascii="Calibri Light" w:hAnsi="Calibri Light" w:cs="Calibri Light"/>
          <w:sz w:val="24"/>
          <w:szCs w:val="24"/>
        </w:rPr>
        <w:t>6. Additional Information (optional)</w:t>
      </w:r>
    </w:p>
    <w:p w:rsidRPr="00D810FB" w:rsidR="00384CF8" w:rsidRDefault="00D810FB" w14:paraId="53698BA9" w14:textId="77777777">
      <w:pPr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6.1 Any other relevant information to support your application:</w:t>
      </w:r>
    </w:p>
    <w:p w:rsidRPr="00D810FB" w:rsidR="00384CF8" w:rsidP="00D810FB" w:rsidRDefault="00D810FB" w14:paraId="131FBD8C" w14:textId="77777777">
      <w:pPr>
        <w:pStyle w:val="Nagwek2"/>
        <w:spacing w:after="240"/>
        <w:rPr>
          <w:rFonts w:ascii="Calibri Light" w:hAnsi="Calibri Light" w:cs="Calibri Light"/>
          <w:sz w:val="24"/>
          <w:szCs w:val="24"/>
        </w:rPr>
      </w:pPr>
      <w:r w:rsidRPr="00D810FB">
        <w:rPr>
          <w:rFonts w:ascii="Calibri Light" w:hAnsi="Calibri Light" w:cs="Calibri Light"/>
          <w:sz w:val="24"/>
          <w:szCs w:val="24"/>
        </w:rPr>
        <w:t>7. Declaration</w:t>
      </w:r>
    </w:p>
    <w:p w:rsidRPr="00D810FB" w:rsidR="00384CF8" w:rsidP="00D810FB" w:rsidRDefault="00D810FB" w14:paraId="43B74D98" w14:textId="77777777">
      <w:pPr>
        <w:spacing w:line="240" w:lineRule="auto"/>
        <w:jc w:val="both"/>
        <w:rPr>
          <w:rFonts w:ascii="Calibri Light" w:hAnsi="Calibri Light" w:cs="Calibri Light"/>
        </w:rPr>
      </w:pPr>
      <w:r w:rsidRPr="00D810FB">
        <w:rPr>
          <w:rFonts w:ascii="Calibri Light" w:hAnsi="Calibri Light" w:cs="Calibri Light"/>
        </w:rPr>
        <w:t>By submitting this form, I confirm that the information provided above accurately represents the scope of activities and plans of the organization. I consent to the processing of this application by EIT Food CLC North-East and its designated evaluators. If selected, I commit to delivering the proposed Activity in alignment with the guidelines and expectations outlined in the Request for Proposal.</w:t>
      </w:r>
    </w:p>
    <w:p w:rsidRPr="00D810FB" w:rsidR="00384CF8" w:rsidRDefault="00D810FB" w14:paraId="6A28A0B9" w14:textId="77777777">
      <w:pPr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Date:</w:t>
      </w:r>
    </w:p>
    <w:p w:rsidRPr="00D810FB" w:rsidR="00384CF8" w:rsidRDefault="00D810FB" w14:paraId="33AAD79D" w14:textId="49ED3DDB">
      <w:pPr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Authorized Representative Name</w:t>
      </w:r>
      <w:r>
        <w:rPr>
          <w:rFonts w:ascii="Calibri Light" w:hAnsi="Calibri Light" w:cs="Calibri Light"/>
          <w:b/>
          <w:bCs/>
        </w:rPr>
        <w:t xml:space="preserve"> and Position</w:t>
      </w:r>
      <w:r w:rsidRPr="00D810FB">
        <w:rPr>
          <w:rFonts w:ascii="Calibri Light" w:hAnsi="Calibri Light" w:cs="Calibri Light"/>
          <w:b/>
          <w:bCs/>
        </w:rPr>
        <w:t>:</w:t>
      </w:r>
    </w:p>
    <w:p w:rsidRPr="00D810FB" w:rsidR="00D810FB" w:rsidRDefault="00D810FB" w14:paraId="3C4719D8" w14:textId="2D6AE628">
      <w:pPr>
        <w:rPr>
          <w:rFonts w:ascii="Calibri Light" w:hAnsi="Calibri Light" w:cs="Calibri Light"/>
          <w:b/>
          <w:bCs/>
        </w:rPr>
      </w:pPr>
      <w:r w:rsidRPr="00D810FB">
        <w:rPr>
          <w:rFonts w:ascii="Calibri Light" w:hAnsi="Calibri Light" w:cs="Calibri Light"/>
          <w:b/>
          <w:bCs/>
        </w:rPr>
        <w:t>Signature:</w:t>
      </w:r>
      <w:bookmarkEnd w:id="0"/>
    </w:p>
    <w:sectPr w:rsidRPr="00D810FB" w:rsidR="00D810FB" w:rsidSect="00D810FB">
      <w:pgSz w:w="12240" w:h="15840" w:orient="portrait"/>
      <w:pgMar w:top="1440" w:right="1080" w:bottom="1440" w:left="108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10FB" w:rsidP="00D810FB" w:rsidRDefault="00D810FB" w14:paraId="407CEBE1" w14:textId="77777777">
      <w:pPr>
        <w:spacing w:after="0" w:line="240" w:lineRule="auto"/>
      </w:pPr>
      <w:r>
        <w:separator/>
      </w:r>
    </w:p>
  </w:endnote>
  <w:endnote w:type="continuationSeparator" w:id="0">
    <w:p w:rsidR="00D810FB" w:rsidP="00D810FB" w:rsidRDefault="00D810FB" w14:paraId="49360C0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10FB" w:rsidP="00D810FB" w:rsidRDefault="00D810FB" w14:paraId="1EA48F4F" w14:textId="77777777">
      <w:pPr>
        <w:spacing w:after="0" w:line="240" w:lineRule="auto"/>
      </w:pPr>
      <w:r>
        <w:separator/>
      </w:r>
    </w:p>
  </w:footnote>
  <w:footnote w:type="continuationSeparator" w:id="0">
    <w:p w:rsidR="00D810FB" w:rsidP="00D810FB" w:rsidRDefault="00D810FB" w14:paraId="5E3B3FB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963151433">
    <w:abstractNumId w:val="8"/>
  </w:num>
  <w:num w:numId="2" w16cid:durableId="2143033346">
    <w:abstractNumId w:val="6"/>
  </w:num>
  <w:num w:numId="3" w16cid:durableId="1184129838">
    <w:abstractNumId w:val="5"/>
  </w:num>
  <w:num w:numId="4" w16cid:durableId="1713840633">
    <w:abstractNumId w:val="4"/>
  </w:num>
  <w:num w:numId="5" w16cid:durableId="1586110217">
    <w:abstractNumId w:val="7"/>
  </w:num>
  <w:num w:numId="6" w16cid:durableId="1960410972">
    <w:abstractNumId w:val="3"/>
  </w:num>
  <w:num w:numId="7" w16cid:durableId="446391808">
    <w:abstractNumId w:val="2"/>
  </w:num>
  <w:num w:numId="8" w16cid:durableId="2129154878">
    <w:abstractNumId w:val="1"/>
  </w:num>
  <w:num w:numId="9" w16cid:durableId="60542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4CF8"/>
    <w:rsid w:val="00AA1D8D"/>
    <w:rsid w:val="00B47730"/>
    <w:rsid w:val="00CB0664"/>
    <w:rsid w:val="00CB1D28"/>
    <w:rsid w:val="00D810FB"/>
    <w:rsid w:val="00FC693F"/>
    <w:rsid w:val="29EC0007"/>
    <w:rsid w:val="57CFF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F81175"/>
  <w14:defaultImageDpi w14:val="300"/>
  <w15:docId w15:val="{CF7412BF-9196-40F5-BFCE-8CD0E65A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styleId="Nagwek1Znak" w:customStyle="1">
    <w:name w:val="Nagłówek 1 Znak"/>
    <w:basedOn w:val="Domylnaczcionkaakapitu"/>
    <w:link w:val="Nagwek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gwek2Znak" w:customStyle="1">
    <w:name w:val="Nagłówek 2 Znak"/>
    <w:basedOn w:val="Domylnaczcionkaakapitu"/>
    <w:link w:val="Nagwek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ytuZnak" w:customStyle="1">
    <w:name w:val="Tytuł Znak"/>
    <w:basedOn w:val="Domylnaczcionkaakapitu"/>
    <w:link w:val="Tytu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PodtytuZnak" w:customStyle="1">
    <w:name w:val="Podtytuł Znak"/>
    <w:basedOn w:val="Domylnaczcionkaakapitu"/>
    <w:link w:val="Podtytu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kstmakraZnak" w:customStyle="1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styleId="CytatZnak" w:customStyle="1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5030D6EBA3DF4D9ED12E7F81FBBA16" ma:contentTypeVersion="20" ma:contentTypeDescription="Utwórz nowy dokument." ma:contentTypeScope="" ma:versionID="05e8a55ad7d45c72b371958c30f0af30">
  <xsd:schema xmlns:xsd="http://www.w3.org/2001/XMLSchema" xmlns:xs="http://www.w3.org/2001/XMLSchema" xmlns:p="http://schemas.microsoft.com/office/2006/metadata/properties" xmlns:ns2="db6ca9af-5e7b-4a43-b260-369d46749709" xmlns:ns3="9621946d-a57e-4aad-a791-840c9869fbac" xmlns:ns4="64d2644c-3e8f-476f-bee1-8438476db436" targetNamespace="http://schemas.microsoft.com/office/2006/metadata/properties" ma:root="true" ma:fieldsID="bf99d707d789fe3ba14c8abf766deb54" ns2:_="" ns3:_="" ns4:_="">
    <xsd:import namespace="db6ca9af-5e7b-4a43-b260-369d46749709"/>
    <xsd:import namespace="9621946d-a57e-4aad-a791-840c9869fbac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a9af-5e7b-4a43-b260-369d46749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1946d-a57e-4aad-a791-840c9869f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a01976c-4c38-405e-b6a0-37d989ab766c}" ma:internalName="TaxCatchAll" ma:showField="CatchAllData" ma:web="9621946d-a57e-4aad-a791-840c9869f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d2644c-3e8f-476f-bee1-8438476db436" xsi:nil="true"/>
    <_Flow_SignoffStatus xmlns="db6ca9af-5e7b-4a43-b260-369d46749709" xsi:nil="true"/>
    <lcf76f155ced4ddcb4097134ff3c332f xmlns="db6ca9af-5e7b-4a43-b260-369d467497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5847C4-BCE4-41C6-962C-2C9B62416907}"/>
</file>

<file path=customXml/itemProps3.xml><?xml version="1.0" encoding="utf-8"?>
<ds:datastoreItem xmlns:ds="http://schemas.openxmlformats.org/officeDocument/2006/customXml" ds:itemID="{DAC7DB87-5A0F-4D5D-9F3A-4849646D8003}"/>
</file>

<file path=customXml/itemProps4.xml><?xml version="1.0" encoding="utf-8"?>
<ds:datastoreItem xmlns:ds="http://schemas.openxmlformats.org/officeDocument/2006/customXml" ds:itemID="{B7E373AA-4DD5-4F95-AB6A-15716DFFCCC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Milda Krauzlis</lastModifiedBy>
  <revision>4</revision>
  <dcterms:created xsi:type="dcterms:W3CDTF">2013-12-23T23:15:00.0000000Z</dcterms:created>
  <dcterms:modified xsi:type="dcterms:W3CDTF">2025-03-27T14:03:21.1743383Z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0x0101001D5030D6EBA3DF4D9ED12E7F81FBBA16</vt:lpwstr>
  </property>
  <property fmtid="{D5CDD505-2E9C-101B-9397-08002B2CF9AE}" pid="3" name="MediaServiceImageTags">
    <vt:lpwstr/>
  </property>
</Properties>
</file>